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sz w:val="32"/>
        </w:rPr>
        <w:t>Nanny 31 - Client Intake Form</w:t>
      </w:r>
    </w:p>
    <w:p>
      <w:r>
        <w:br/>
      </w:r>
    </w:p>
    <w:p>
      <w:r>
        <w:t>Parent/Guardian Full Name:</w:t>
      </w:r>
    </w:p>
    <w:p>
      <w:r>
        <w:t>__________________________________________________</w:t>
      </w:r>
    </w:p>
    <w:p>
      <w:r>
        <w:t>Phone Number:</w:t>
      </w:r>
    </w:p>
    <w:p>
      <w:r>
        <w:t>__________________________________________________</w:t>
      </w:r>
    </w:p>
    <w:p>
      <w:r>
        <w:t>Email Address:</w:t>
      </w:r>
    </w:p>
    <w:p>
      <w:r>
        <w:t>__________________________________________________</w:t>
      </w:r>
    </w:p>
    <w:p>
      <w:r>
        <w:t>Address:</w:t>
      </w:r>
    </w:p>
    <w:p>
      <w:r>
        <w:t>__________________________________________________</w:t>
      </w:r>
    </w:p>
    <w:p>
      <w:r>
        <w:t>Number of Children and Ages:</w:t>
      </w:r>
    </w:p>
    <w:p>
      <w:r>
        <w:t>__________________________________________________</w:t>
      </w:r>
    </w:p>
    <w:p>
      <w:r>
        <w:t>Preferred Schedule:</w:t>
      </w:r>
    </w:p>
    <w:p>
      <w:r>
        <w:t>__________________________________________________</w:t>
      </w:r>
    </w:p>
    <w:p>
      <w:r>
        <w:t>Special Needs or Requirements:</w:t>
      </w:r>
    </w:p>
    <w:p>
      <w:r>
        <w:t>__________________________________________________</w:t>
      </w:r>
    </w:p>
    <w:p>
      <w:r>
        <w:t>Emergency Contacts:</w:t>
      </w:r>
    </w:p>
    <w:p>
      <w:r>
        <w:t>__________________________________________________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71600" cy="1359256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right logo bran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1600" cy="1359256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